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1832" w14:textId="7B7976BF" w:rsidR="00EF62E6" w:rsidRPr="00EF62E6" w:rsidRDefault="00EF62E6" w:rsidP="00EF62E6">
      <w:pPr>
        <w:rPr>
          <w:lang w:val="en-GB"/>
        </w:rPr>
      </w:pPr>
      <w:r w:rsidRPr="00EF62E6">
        <w:rPr>
          <w:b/>
          <w:bCs/>
          <w:lang w:val="en-GB"/>
        </w:rPr>
        <w:t>Effective from:</w:t>
      </w:r>
      <w:r w:rsidRPr="00EF62E6">
        <w:rPr>
          <w:lang w:val="en-GB"/>
        </w:rPr>
        <w:t xml:space="preserve"> </w:t>
      </w:r>
      <w:r w:rsidR="007E0DCA">
        <w:rPr>
          <w:lang w:val="en-GB"/>
        </w:rPr>
        <w:t>1</w:t>
      </w:r>
      <w:r w:rsidR="007E0DCA" w:rsidRPr="007E0DCA">
        <w:rPr>
          <w:vertAlign w:val="superscript"/>
          <w:lang w:val="en-GB"/>
        </w:rPr>
        <w:t>st</w:t>
      </w:r>
      <w:r w:rsidR="007E0DCA">
        <w:rPr>
          <w:lang w:val="en-GB"/>
        </w:rPr>
        <w:t xml:space="preserve"> September 2026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>Contact:</w:t>
      </w:r>
      <w:r w:rsidRPr="00EF62E6">
        <w:rPr>
          <w:lang w:val="en-GB"/>
        </w:rPr>
        <w:t xml:space="preserve"> </w:t>
      </w:r>
      <w:hyperlink r:id="rId11" w:history="1">
        <w:r w:rsidR="001743DF" w:rsidRPr="000B2B15">
          <w:rPr>
            <w:rStyle w:val="Hyperlink"/>
            <w:lang w:val="en-GB"/>
          </w:rPr>
          <w:t>theclubwtpa@ks-t.org</w:t>
        </w:r>
      </w:hyperlink>
      <w:r w:rsidR="005E202E">
        <w:rPr>
          <w:lang w:val="en-GB"/>
        </w:rPr>
        <w:t xml:space="preserve"> </w:t>
      </w:r>
      <w:r w:rsidRPr="00EF62E6">
        <w:rPr>
          <w:lang w:val="en-GB"/>
        </w:rPr>
        <w:t xml:space="preserve">| </w:t>
      </w:r>
      <w:r w:rsidR="005E202E" w:rsidRPr="005E202E">
        <w:t>020 8</w:t>
      </w:r>
      <w:r w:rsidR="00570935">
        <w:t>600 0679</w:t>
      </w:r>
      <w:r w:rsidR="005E202E">
        <w:t xml:space="preserve"> </w:t>
      </w:r>
      <w:r w:rsidRPr="00EF62E6">
        <w:rPr>
          <w:lang w:val="en-GB"/>
        </w:rPr>
        <w:t xml:space="preserve">| </w:t>
      </w:r>
      <w:r w:rsidR="004C623E">
        <w:rPr>
          <w:lang w:val="en-GB"/>
        </w:rPr>
        <w:t>Davinia Ashby</w:t>
      </w:r>
    </w:p>
    <w:p w14:paraId="4DFD1CF7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5418C9F4">
          <v:rect id="_x0000_i1025" style="width:0;height:1.5pt" o:hralign="center" o:hrstd="t" o:hr="t" fillcolor="#a0a0a0" stroked="f"/>
        </w:pict>
      </w:r>
    </w:p>
    <w:p w14:paraId="024D11AA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1) Purpose of this Agreement</w:t>
      </w:r>
    </w:p>
    <w:p w14:paraId="61AB69BE" w14:textId="5D36484C" w:rsidR="00EF62E6" w:rsidRPr="00EF62E6" w:rsidRDefault="00EF62E6" w:rsidP="00EF62E6">
      <w:pPr>
        <w:rPr>
          <w:lang w:val="en-GB"/>
        </w:rPr>
      </w:pPr>
      <w:r w:rsidRPr="00EF62E6">
        <w:rPr>
          <w:lang w:val="en-GB"/>
        </w:rPr>
        <w:t>This Agreement sets out the terms between The Club and Parents/Carers for pupils attending the Breakfast Club and After School Club</w:t>
      </w:r>
      <w:r w:rsidR="00082056">
        <w:rPr>
          <w:lang w:val="en-GB"/>
        </w:rPr>
        <w:t xml:space="preserve">. </w:t>
      </w:r>
      <w:r w:rsidRPr="00EF62E6">
        <w:rPr>
          <w:lang w:val="en-GB"/>
        </w:rPr>
        <w:t>Our aims are to provide safe, consistent, and inclusive wraparound care that supports families and aligns with the school’s values.</w:t>
      </w:r>
    </w:p>
    <w:p w14:paraId="080486B4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5608759F">
          <v:rect id="_x0000_i1026" style="width:0;height:1.5pt" o:hralign="center" o:hrstd="t" o:hr="t" fillcolor="#a0a0a0" stroked="f"/>
        </w:pict>
      </w:r>
    </w:p>
    <w:p w14:paraId="30B0685B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2) Club Times, Location &amp; Eligibility</w:t>
      </w:r>
    </w:p>
    <w:p w14:paraId="7AA0310A" w14:textId="5A1D2FC9" w:rsidR="00EF62E6" w:rsidRDefault="00EF62E6" w:rsidP="00EF62E6">
      <w:pPr>
        <w:numPr>
          <w:ilvl w:val="0"/>
          <w:numId w:val="10"/>
        </w:numPr>
        <w:rPr>
          <w:lang w:val="en-GB"/>
        </w:rPr>
      </w:pPr>
      <w:r w:rsidRPr="00EF62E6">
        <w:rPr>
          <w:b/>
          <w:bCs/>
          <w:lang w:val="en-GB"/>
        </w:rPr>
        <w:t>Breakfast Club:</w:t>
      </w:r>
      <w:r w:rsidRPr="00EF62E6">
        <w:rPr>
          <w:lang w:val="en-GB"/>
        </w:rPr>
        <w:t xml:space="preserve"> </w:t>
      </w:r>
      <w:r>
        <w:rPr>
          <w:lang w:val="en-GB"/>
        </w:rPr>
        <w:t>Monday-Friday in term time</w:t>
      </w:r>
      <w:r w:rsidRPr="00EF62E6">
        <w:rPr>
          <w:lang w:val="en-GB"/>
        </w:rPr>
        <w:t xml:space="preserve"> </w:t>
      </w:r>
      <w:r>
        <w:rPr>
          <w:lang w:val="en-GB"/>
        </w:rPr>
        <w:t>from 7:30-8:30.</w:t>
      </w:r>
    </w:p>
    <w:p w14:paraId="6E863F7F" w14:textId="10D7F326" w:rsidR="00EF62E6" w:rsidRPr="00EF62E6" w:rsidRDefault="00EF62E6" w:rsidP="00EF62E6">
      <w:pPr>
        <w:numPr>
          <w:ilvl w:val="0"/>
          <w:numId w:val="10"/>
        </w:numPr>
        <w:rPr>
          <w:lang w:val="en-GB"/>
        </w:rPr>
      </w:pPr>
      <w:r w:rsidRPr="00EF62E6">
        <w:rPr>
          <w:b/>
          <w:bCs/>
          <w:lang w:val="en-GB"/>
        </w:rPr>
        <w:t>After School Club:</w:t>
      </w:r>
      <w:r w:rsidRPr="00EF62E6">
        <w:rPr>
          <w:lang w:val="en-GB"/>
        </w:rPr>
        <w:t xml:space="preserve"> </w:t>
      </w:r>
      <w:r>
        <w:rPr>
          <w:lang w:val="en-GB"/>
        </w:rPr>
        <w:t>Monday – Friday in term time from 15:30-</w:t>
      </w:r>
      <w:r w:rsidRPr="00EF62E6">
        <w:rPr>
          <w:lang w:val="en-GB"/>
        </w:rPr>
        <w:t xml:space="preserve"> </w:t>
      </w:r>
      <w:r>
        <w:rPr>
          <w:lang w:val="en-GB"/>
        </w:rPr>
        <w:t>18:</w:t>
      </w:r>
      <w:r w:rsidR="001743DF">
        <w:rPr>
          <w:lang w:val="en-GB"/>
        </w:rPr>
        <w:t>00</w:t>
      </w:r>
      <w:r>
        <w:rPr>
          <w:lang w:val="en-GB"/>
        </w:rPr>
        <w:t>.</w:t>
      </w:r>
    </w:p>
    <w:p w14:paraId="6A6F7172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1D9548C1">
          <v:rect id="_x0000_i1027" style="width:0;height:1.5pt" o:hralign="center" o:hrstd="t" o:hr="t" fillcolor="#a0a0a0" stroked="f"/>
        </w:pict>
      </w:r>
    </w:p>
    <w:p w14:paraId="50601DD2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3) Bookings, Fees &amp; Payments</w:t>
      </w:r>
    </w:p>
    <w:p w14:paraId="1264E15A" w14:textId="77777777" w:rsidR="00EF62E6" w:rsidRPr="00EF62E6" w:rsidRDefault="00EF62E6" w:rsidP="00EF62E6">
      <w:pPr>
        <w:numPr>
          <w:ilvl w:val="0"/>
          <w:numId w:val="11"/>
        </w:numPr>
        <w:rPr>
          <w:lang w:val="en-GB"/>
        </w:rPr>
      </w:pPr>
      <w:r w:rsidRPr="00EF62E6">
        <w:rPr>
          <w:b/>
          <w:bCs/>
          <w:lang w:val="en-GB"/>
        </w:rPr>
        <w:t>Booking:</w:t>
      </w:r>
      <w:r w:rsidRPr="00EF62E6">
        <w:rPr>
          <w:lang w:val="en-GB"/>
        </w:rPr>
        <w:t xml:space="preserve"> </w:t>
      </w:r>
    </w:p>
    <w:p w14:paraId="4325E7ED" w14:textId="4707AB26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 xml:space="preserve">Book via </w:t>
      </w:r>
      <w:r>
        <w:rPr>
          <w:lang w:val="en-GB"/>
        </w:rPr>
        <w:t xml:space="preserve">Arbor </w:t>
      </w:r>
      <w:r w:rsidRPr="00EF62E6">
        <w:rPr>
          <w:lang w:val="en-GB"/>
        </w:rPr>
        <w:t>by 12:</w:t>
      </w:r>
      <w:r w:rsidR="00166755">
        <w:rPr>
          <w:lang w:val="en-GB"/>
        </w:rPr>
        <w:t>3</w:t>
      </w:r>
      <w:r w:rsidRPr="00EF62E6">
        <w:rPr>
          <w:lang w:val="en-GB"/>
        </w:rPr>
        <w:t>0 the prior working day.</w:t>
      </w:r>
    </w:p>
    <w:p w14:paraId="203F4BB6" w14:textId="77777777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Ad hoc places subject to availability.</w:t>
      </w:r>
    </w:p>
    <w:p w14:paraId="37484C13" w14:textId="77777777" w:rsidR="00EF62E6" w:rsidRPr="00EF62E6" w:rsidRDefault="00EF62E6" w:rsidP="00EF62E6">
      <w:pPr>
        <w:numPr>
          <w:ilvl w:val="0"/>
          <w:numId w:val="11"/>
        </w:numPr>
        <w:rPr>
          <w:lang w:val="en-GB"/>
        </w:rPr>
      </w:pPr>
      <w:r w:rsidRPr="00EF62E6">
        <w:rPr>
          <w:b/>
          <w:bCs/>
          <w:lang w:val="en-GB"/>
        </w:rPr>
        <w:t>Fees:</w:t>
      </w:r>
      <w:r w:rsidRPr="00EF62E6">
        <w:rPr>
          <w:lang w:val="en-GB"/>
        </w:rPr>
        <w:t xml:space="preserve"> </w:t>
      </w:r>
    </w:p>
    <w:p w14:paraId="6B9B4F43" w14:textId="0D5B57A5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Breakfast Club: £</w:t>
      </w:r>
      <w:r w:rsidR="00166755">
        <w:rPr>
          <w:lang w:val="en-GB"/>
        </w:rPr>
        <w:t>6</w:t>
      </w:r>
      <w:r w:rsidR="001743DF">
        <w:rPr>
          <w:lang w:val="en-GB"/>
        </w:rPr>
        <w:t>.50</w:t>
      </w:r>
      <w:r w:rsidRPr="00EF62E6">
        <w:rPr>
          <w:lang w:val="en-GB"/>
        </w:rPr>
        <w:t xml:space="preserve"> per session.</w:t>
      </w:r>
    </w:p>
    <w:p w14:paraId="75968B5C" w14:textId="5413C2E5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After School Club</w:t>
      </w:r>
      <w:r>
        <w:rPr>
          <w:lang w:val="en-GB"/>
        </w:rPr>
        <w:t xml:space="preserve">: </w:t>
      </w:r>
      <w:r w:rsidRPr="00EF62E6">
        <w:rPr>
          <w:lang w:val="en-GB"/>
        </w:rPr>
        <w:t>£</w:t>
      </w:r>
      <w:r w:rsidR="00166755">
        <w:rPr>
          <w:lang w:val="en-GB"/>
        </w:rPr>
        <w:t>1</w:t>
      </w:r>
      <w:r w:rsidR="001743DF">
        <w:rPr>
          <w:lang w:val="en-GB"/>
        </w:rPr>
        <w:t>5</w:t>
      </w:r>
      <w:r w:rsidR="00166755">
        <w:rPr>
          <w:lang w:val="en-GB"/>
        </w:rPr>
        <w:t>.50</w:t>
      </w:r>
      <w:r w:rsidRPr="00EF62E6">
        <w:rPr>
          <w:lang w:val="en-GB"/>
        </w:rPr>
        <w:t xml:space="preserve"> per session</w:t>
      </w:r>
      <w:r w:rsidR="00166755">
        <w:rPr>
          <w:lang w:val="en-GB"/>
        </w:rPr>
        <w:t xml:space="preserve"> 3.30pm – 6pm and £11.50 per session </w:t>
      </w:r>
      <w:r w:rsidR="001743DF">
        <w:rPr>
          <w:lang w:val="en-GB"/>
        </w:rPr>
        <w:t>3.30</w:t>
      </w:r>
      <w:r w:rsidR="00166755">
        <w:rPr>
          <w:lang w:val="en-GB"/>
        </w:rPr>
        <w:t xml:space="preserve">pm – </w:t>
      </w:r>
      <w:r w:rsidR="001743DF">
        <w:rPr>
          <w:lang w:val="en-GB"/>
        </w:rPr>
        <w:t>5</w:t>
      </w:r>
      <w:r w:rsidR="00166755">
        <w:rPr>
          <w:lang w:val="en-GB"/>
        </w:rPr>
        <w:t>pm.</w:t>
      </w:r>
    </w:p>
    <w:p w14:paraId="2B6D469A" w14:textId="77777777" w:rsidR="00EF62E6" w:rsidRPr="00EF62E6" w:rsidRDefault="00EF62E6" w:rsidP="00EF62E6">
      <w:pPr>
        <w:numPr>
          <w:ilvl w:val="0"/>
          <w:numId w:val="11"/>
        </w:numPr>
        <w:rPr>
          <w:lang w:val="en-GB"/>
        </w:rPr>
      </w:pPr>
      <w:r w:rsidRPr="00EF62E6">
        <w:rPr>
          <w:b/>
          <w:bCs/>
          <w:lang w:val="en-GB"/>
        </w:rPr>
        <w:t>Payment Terms:</w:t>
      </w:r>
      <w:r w:rsidRPr="00EF62E6">
        <w:rPr>
          <w:lang w:val="en-GB"/>
        </w:rPr>
        <w:t xml:space="preserve"> </w:t>
      </w:r>
    </w:p>
    <w:p w14:paraId="1F7BE5F2" w14:textId="7CBD126A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 xml:space="preserve">Payment is due </w:t>
      </w:r>
      <w:r w:rsidRPr="00EF62E6">
        <w:rPr>
          <w:b/>
          <w:bCs/>
          <w:lang w:val="en-GB"/>
        </w:rPr>
        <w:t>in advance</w:t>
      </w:r>
      <w:r w:rsidRPr="00EF62E6">
        <w:rPr>
          <w:lang w:val="en-GB"/>
        </w:rPr>
        <w:t xml:space="preserve"> at the time of booking.</w:t>
      </w:r>
    </w:p>
    <w:p w14:paraId="4B338773" w14:textId="5EB1EA78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We accept Childcare Vouchers/Tax-Free Childcare</w:t>
      </w:r>
      <w:r>
        <w:rPr>
          <w:lang w:val="en-GB"/>
        </w:rPr>
        <w:t xml:space="preserve"> for wraparound care </w:t>
      </w:r>
      <w:r w:rsidR="004C623E">
        <w:rPr>
          <w:lang w:val="en-GB"/>
        </w:rPr>
        <w:t>only;</w:t>
      </w:r>
      <w:r>
        <w:rPr>
          <w:lang w:val="en-GB"/>
        </w:rPr>
        <w:t xml:space="preserve"> extra-curricular clubs are excluded from this.</w:t>
      </w:r>
    </w:p>
    <w:p w14:paraId="12E03141" w14:textId="77777777" w:rsidR="00EF62E6" w:rsidRPr="00EF62E6" w:rsidRDefault="00EF62E6" w:rsidP="00EF62E6">
      <w:pPr>
        <w:numPr>
          <w:ilvl w:val="0"/>
          <w:numId w:val="11"/>
        </w:numPr>
        <w:rPr>
          <w:lang w:val="en-GB"/>
        </w:rPr>
      </w:pPr>
      <w:r w:rsidRPr="00EF62E6">
        <w:rPr>
          <w:b/>
          <w:bCs/>
          <w:lang w:val="en-GB"/>
        </w:rPr>
        <w:t>Arrears Policy (Important):</w:t>
      </w:r>
      <w:r w:rsidRPr="00EF62E6">
        <w:rPr>
          <w:lang w:val="en-GB"/>
        </w:rPr>
        <w:t xml:space="preserve"> </w:t>
      </w:r>
    </w:p>
    <w:p w14:paraId="3DCE425C" w14:textId="77777777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If an account falls more than £20 in arrears, the Club may refuse further attendance for your child(ren) until the balance is cleared.</w:t>
      </w:r>
    </w:p>
    <w:p w14:paraId="2CD4A2A8" w14:textId="77777777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lastRenderedPageBreak/>
        <w:t>We will notify you if your account approaches or exceeds this threshold and provide steps to resolve it.</w:t>
      </w:r>
    </w:p>
    <w:p w14:paraId="7470DBB3" w14:textId="77777777" w:rsidR="00EF62E6" w:rsidRPr="00EF62E6" w:rsidRDefault="00EF62E6" w:rsidP="00EF62E6">
      <w:pPr>
        <w:numPr>
          <w:ilvl w:val="0"/>
          <w:numId w:val="11"/>
        </w:numPr>
        <w:rPr>
          <w:lang w:val="en-GB"/>
        </w:rPr>
      </w:pPr>
      <w:r w:rsidRPr="00EF62E6">
        <w:rPr>
          <w:b/>
          <w:bCs/>
          <w:lang w:val="en-GB"/>
        </w:rPr>
        <w:t>Cancellations &amp; Refunds:</w:t>
      </w:r>
      <w:r w:rsidRPr="00EF62E6">
        <w:rPr>
          <w:lang w:val="en-GB"/>
        </w:rPr>
        <w:t xml:space="preserve"> </w:t>
      </w:r>
    </w:p>
    <w:p w14:paraId="28A9459C" w14:textId="74F7E831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Cancellations made by 12:00 the working day before will be credited.</w:t>
      </w:r>
    </w:p>
    <w:p w14:paraId="00E03496" w14:textId="4669C4CA" w:rsidR="00EF62E6" w:rsidRDefault="00EF62E6" w:rsidP="00EF62E6">
      <w:pPr>
        <w:numPr>
          <w:ilvl w:val="1"/>
          <w:numId w:val="11"/>
        </w:numPr>
        <w:rPr>
          <w:lang w:val="en-GB"/>
        </w:rPr>
      </w:pPr>
      <w:r w:rsidRPr="00EF62E6">
        <w:rPr>
          <w:lang w:val="en-GB"/>
        </w:rPr>
        <w:t>Sessions missed due to illness or late arrival cannot be refunded</w:t>
      </w:r>
      <w:r>
        <w:rPr>
          <w:lang w:val="en-GB"/>
        </w:rPr>
        <w:t>.</w:t>
      </w:r>
    </w:p>
    <w:p w14:paraId="792A199F" w14:textId="71957774" w:rsidR="00EF62E6" w:rsidRPr="00EF62E6" w:rsidRDefault="00EF62E6" w:rsidP="00EF62E6">
      <w:pPr>
        <w:numPr>
          <w:ilvl w:val="1"/>
          <w:numId w:val="11"/>
        </w:numPr>
        <w:rPr>
          <w:lang w:val="en-GB"/>
        </w:rPr>
      </w:pPr>
      <w:r>
        <w:rPr>
          <w:lang w:val="en-GB"/>
        </w:rPr>
        <w:t>Cancellations made by The Club will be refunded.</w:t>
      </w:r>
    </w:p>
    <w:p w14:paraId="344E19D6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0314CE7D">
          <v:rect id="_x0000_i1028" style="width:0;height:1.5pt" o:hralign="center" o:hrstd="t" o:hr="t" fillcolor="#a0a0a0" stroked="f"/>
        </w:pict>
      </w:r>
    </w:p>
    <w:p w14:paraId="3341FB30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4) Drop-Off, Collection &amp; Late Collection</w:t>
      </w:r>
    </w:p>
    <w:p w14:paraId="054E3A9E" w14:textId="397EEFD7" w:rsidR="00EF62E6" w:rsidRPr="00EF62E6" w:rsidRDefault="00EF62E6" w:rsidP="00EF62E6">
      <w:pPr>
        <w:numPr>
          <w:ilvl w:val="0"/>
          <w:numId w:val="12"/>
        </w:numPr>
        <w:rPr>
          <w:lang w:val="en-GB"/>
        </w:rPr>
      </w:pPr>
      <w:r w:rsidRPr="75D4ABB3">
        <w:rPr>
          <w:b/>
          <w:bCs/>
          <w:lang w:val="en-GB"/>
        </w:rPr>
        <w:t>Drop-Off (Breakfast Club):</w:t>
      </w:r>
      <w:r w:rsidRPr="75D4ABB3">
        <w:rPr>
          <w:lang w:val="en-GB"/>
        </w:rPr>
        <w:t xml:space="preserve"> Parents/carers must sign children in between 7:30-8:00 via </w:t>
      </w:r>
      <w:r w:rsidR="6D1E3755" w:rsidRPr="75D4ABB3">
        <w:rPr>
          <w:lang w:val="en-GB"/>
        </w:rPr>
        <w:t>Gate 4</w:t>
      </w:r>
      <w:r w:rsidRPr="75D4ABB3">
        <w:rPr>
          <w:lang w:val="en-GB"/>
        </w:rPr>
        <w:t xml:space="preserve"> entrance.  Parent must sign their children in on arrival.</w:t>
      </w:r>
    </w:p>
    <w:p w14:paraId="252B76E3" w14:textId="77777777" w:rsidR="00EF62E6" w:rsidRPr="00166755" w:rsidRDefault="00EF62E6" w:rsidP="00EF62E6">
      <w:pPr>
        <w:numPr>
          <w:ilvl w:val="0"/>
          <w:numId w:val="12"/>
        </w:numPr>
        <w:rPr>
          <w:lang w:val="en-GB"/>
        </w:rPr>
      </w:pPr>
      <w:r w:rsidRPr="00166755">
        <w:rPr>
          <w:b/>
          <w:bCs/>
          <w:lang w:val="en-GB"/>
        </w:rPr>
        <w:t>Collection (After School Club):</w:t>
      </w:r>
      <w:r w:rsidRPr="00166755">
        <w:rPr>
          <w:lang w:val="en-GB"/>
        </w:rPr>
        <w:t xml:space="preserve"> </w:t>
      </w:r>
    </w:p>
    <w:p w14:paraId="0F7C9622" w14:textId="4EF7EB23" w:rsidR="00EF62E6" w:rsidRPr="00166755" w:rsidRDefault="00EF62E6" w:rsidP="00EF62E6">
      <w:pPr>
        <w:numPr>
          <w:ilvl w:val="1"/>
          <w:numId w:val="12"/>
        </w:numPr>
        <w:rPr>
          <w:lang w:val="en-GB"/>
        </w:rPr>
      </w:pPr>
      <w:r w:rsidRPr="00166755">
        <w:rPr>
          <w:lang w:val="en-GB"/>
        </w:rPr>
        <w:t xml:space="preserve">Children must be collected by </w:t>
      </w:r>
      <w:r w:rsidR="00166755" w:rsidRPr="00166755">
        <w:rPr>
          <w:b/>
          <w:bCs/>
          <w:lang w:val="en-GB"/>
        </w:rPr>
        <w:t>6pm</w:t>
      </w:r>
      <w:r w:rsidR="00082056">
        <w:rPr>
          <w:b/>
          <w:bCs/>
          <w:lang w:val="en-GB"/>
        </w:rPr>
        <w:t xml:space="preserve"> </w:t>
      </w:r>
      <w:r w:rsidR="00082056" w:rsidRPr="75D4ABB3">
        <w:rPr>
          <w:lang w:val="en-GB"/>
        </w:rPr>
        <w:t>via Gate 4</w:t>
      </w:r>
      <w:r w:rsidRPr="00166755">
        <w:rPr>
          <w:lang w:val="en-GB"/>
        </w:rPr>
        <w:t xml:space="preserve"> by an authorised adult aged 16+.</w:t>
      </w:r>
    </w:p>
    <w:p w14:paraId="39983FE6" w14:textId="77777777" w:rsidR="00EF62E6" w:rsidRPr="00166755" w:rsidRDefault="00EF62E6" w:rsidP="00EF62E6">
      <w:pPr>
        <w:numPr>
          <w:ilvl w:val="1"/>
          <w:numId w:val="12"/>
        </w:numPr>
        <w:rPr>
          <w:lang w:val="en-GB"/>
        </w:rPr>
      </w:pPr>
      <w:r w:rsidRPr="00166755">
        <w:rPr>
          <w:lang w:val="en-GB"/>
        </w:rPr>
        <w:t xml:space="preserve">Only adults named on the </w:t>
      </w:r>
      <w:r w:rsidRPr="00166755">
        <w:rPr>
          <w:b/>
          <w:bCs/>
          <w:lang w:val="en-GB"/>
        </w:rPr>
        <w:t>Authorised Collection List</w:t>
      </w:r>
      <w:r w:rsidRPr="00166755">
        <w:rPr>
          <w:lang w:val="en-GB"/>
        </w:rPr>
        <w:t xml:space="preserve"> may collect. Please update details promptly.</w:t>
      </w:r>
    </w:p>
    <w:p w14:paraId="20D83CD3" w14:textId="77777777" w:rsidR="00EF62E6" w:rsidRPr="00166755" w:rsidRDefault="00EF62E6" w:rsidP="00EF62E6">
      <w:pPr>
        <w:numPr>
          <w:ilvl w:val="0"/>
          <w:numId w:val="12"/>
        </w:numPr>
        <w:rPr>
          <w:lang w:val="en-GB"/>
        </w:rPr>
      </w:pPr>
      <w:r w:rsidRPr="00166755">
        <w:rPr>
          <w:b/>
          <w:bCs/>
          <w:lang w:val="en-GB"/>
        </w:rPr>
        <w:t>Late Collection:</w:t>
      </w:r>
      <w:r w:rsidRPr="00166755">
        <w:rPr>
          <w:lang w:val="en-GB"/>
        </w:rPr>
        <w:t xml:space="preserve"> </w:t>
      </w:r>
    </w:p>
    <w:p w14:paraId="22A239C7" w14:textId="4E18F981" w:rsidR="00EF62E6" w:rsidRPr="00166755" w:rsidRDefault="00EF62E6" w:rsidP="00EF62E6">
      <w:pPr>
        <w:numPr>
          <w:ilvl w:val="1"/>
          <w:numId w:val="12"/>
        </w:numPr>
        <w:rPr>
          <w:lang w:val="en-GB"/>
        </w:rPr>
      </w:pPr>
      <w:r w:rsidRPr="75D4ABB3">
        <w:rPr>
          <w:lang w:val="en-GB"/>
        </w:rPr>
        <w:t xml:space="preserve">A charge of </w:t>
      </w:r>
      <w:r w:rsidR="00166755" w:rsidRPr="75D4ABB3">
        <w:rPr>
          <w:b/>
          <w:bCs/>
          <w:lang w:val="en-GB"/>
        </w:rPr>
        <w:t>£10</w:t>
      </w:r>
      <w:r w:rsidRPr="75D4ABB3">
        <w:rPr>
          <w:b/>
          <w:bCs/>
          <w:lang w:val="en-GB"/>
        </w:rPr>
        <w:t xml:space="preserve"> per 1</w:t>
      </w:r>
      <w:r w:rsidR="017DE070" w:rsidRPr="75D4ABB3">
        <w:rPr>
          <w:b/>
          <w:bCs/>
          <w:lang w:val="en-GB"/>
        </w:rPr>
        <w:t>0</w:t>
      </w:r>
      <w:r w:rsidRPr="75D4ABB3">
        <w:rPr>
          <w:b/>
          <w:bCs/>
          <w:lang w:val="en-GB"/>
        </w:rPr>
        <w:t xml:space="preserve"> minutes (or part thereof)</w:t>
      </w:r>
      <w:r w:rsidRPr="75D4ABB3">
        <w:rPr>
          <w:lang w:val="en-GB"/>
        </w:rPr>
        <w:t xml:space="preserve"> may apply after </w:t>
      </w:r>
      <w:r w:rsidR="00166755" w:rsidRPr="75D4ABB3">
        <w:rPr>
          <w:b/>
          <w:bCs/>
          <w:lang w:val="en-GB"/>
        </w:rPr>
        <w:t>6pm</w:t>
      </w:r>
      <w:r w:rsidRPr="75D4ABB3">
        <w:rPr>
          <w:lang w:val="en-GB"/>
        </w:rPr>
        <w:t>.</w:t>
      </w:r>
    </w:p>
    <w:p w14:paraId="448F59F0" w14:textId="77777777" w:rsidR="00EF62E6" w:rsidRPr="00166755" w:rsidRDefault="00EF62E6" w:rsidP="00EF62E6">
      <w:pPr>
        <w:numPr>
          <w:ilvl w:val="1"/>
          <w:numId w:val="12"/>
        </w:numPr>
        <w:rPr>
          <w:lang w:val="en-GB"/>
        </w:rPr>
      </w:pPr>
      <w:r w:rsidRPr="00166755">
        <w:rPr>
          <w:lang w:val="en-GB"/>
        </w:rPr>
        <w:t>Persistent late collection may result in suspension or termination of a place.</w:t>
      </w:r>
    </w:p>
    <w:p w14:paraId="4A7A3370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504231A1">
          <v:rect id="_x0000_i1029" style="width:0;height:1.5pt" o:hralign="center" o:hrstd="t" o:hr="t" fillcolor="#a0a0a0" stroked="f"/>
        </w:pict>
      </w:r>
    </w:p>
    <w:p w14:paraId="52059322" w14:textId="77777777" w:rsidR="004C623E" w:rsidRDefault="004C623E" w:rsidP="00EF62E6">
      <w:pPr>
        <w:rPr>
          <w:b/>
          <w:bCs/>
          <w:lang w:val="en-GB"/>
        </w:rPr>
      </w:pPr>
    </w:p>
    <w:p w14:paraId="4DDF2247" w14:textId="77777777" w:rsidR="004C623E" w:rsidRDefault="004C623E" w:rsidP="00EF62E6">
      <w:pPr>
        <w:rPr>
          <w:b/>
          <w:bCs/>
          <w:lang w:val="en-GB"/>
        </w:rPr>
      </w:pPr>
    </w:p>
    <w:p w14:paraId="30CE8DC3" w14:textId="77777777" w:rsidR="004C623E" w:rsidRDefault="004C623E" w:rsidP="00EF62E6">
      <w:pPr>
        <w:rPr>
          <w:b/>
          <w:bCs/>
          <w:lang w:val="en-GB"/>
        </w:rPr>
      </w:pPr>
    </w:p>
    <w:p w14:paraId="4D143511" w14:textId="0432ED84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5) Behaviour &amp; Code of Conduct</w:t>
      </w:r>
    </w:p>
    <w:p w14:paraId="1B449DCD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a) Children’s Behaviour (Aligned with School Policy)</w:t>
      </w:r>
    </w:p>
    <w:p w14:paraId="32668608" w14:textId="13160743" w:rsidR="00EF62E6" w:rsidRPr="00EF62E6" w:rsidRDefault="00EF62E6" w:rsidP="00EF62E6">
      <w:pPr>
        <w:numPr>
          <w:ilvl w:val="0"/>
          <w:numId w:val="13"/>
        </w:numPr>
        <w:rPr>
          <w:lang w:val="en-GB"/>
        </w:rPr>
      </w:pPr>
      <w:r w:rsidRPr="00EF62E6">
        <w:rPr>
          <w:lang w:val="en-GB"/>
        </w:rPr>
        <w:t xml:space="preserve">Children must </w:t>
      </w:r>
      <w:proofErr w:type="gramStart"/>
      <w:r w:rsidRPr="00EF62E6">
        <w:rPr>
          <w:lang w:val="en-GB"/>
        </w:rPr>
        <w:t>follow the</w:t>
      </w:r>
      <w:r w:rsidR="008B5483" w:rsidRPr="008B5483">
        <w:rPr>
          <w:lang w:val="en-GB"/>
        </w:rPr>
        <w:t xml:space="preserve"> schools’ (</w:t>
      </w:r>
      <w:proofErr w:type="spellStart"/>
      <w:r w:rsidR="008B5483" w:rsidRPr="008B5483">
        <w:rPr>
          <w:lang w:val="en-GB"/>
        </w:rPr>
        <w:t>W</w:t>
      </w:r>
      <w:r w:rsidR="001743DF">
        <w:rPr>
          <w:lang w:val="en-GB"/>
        </w:rPr>
        <w:t>ixams</w:t>
      </w:r>
      <w:proofErr w:type="spellEnd"/>
      <w:r w:rsidR="001743DF">
        <w:rPr>
          <w:lang w:val="en-GB"/>
        </w:rPr>
        <w:t xml:space="preserve"> Tree Primary Academy</w:t>
      </w:r>
      <w:r w:rsidR="008B5483" w:rsidRPr="008B5483">
        <w:rPr>
          <w:lang w:val="en-GB"/>
        </w:rPr>
        <w:t>)</w:t>
      </w:r>
      <w:r w:rsidRPr="00EF62E6">
        <w:rPr>
          <w:lang w:val="en-GB"/>
        </w:rPr>
        <w:t xml:space="preserve"> Behaviour Policy at all times</w:t>
      </w:r>
      <w:proofErr w:type="gramEnd"/>
      <w:r w:rsidRPr="00EF62E6">
        <w:rPr>
          <w:lang w:val="en-GB"/>
        </w:rPr>
        <w:t xml:space="preserve"> while attending the Club.</w:t>
      </w:r>
    </w:p>
    <w:p w14:paraId="2230C277" w14:textId="77777777" w:rsidR="00EF62E6" w:rsidRPr="00EF62E6" w:rsidRDefault="00EF62E6" w:rsidP="00EF62E6">
      <w:pPr>
        <w:numPr>
          <w:ilvl w:val="0"/>
          <w:numId w:val="13"/>
        </w:numPr>
        <w:rPr>
          <w:lang w:val="en-GB"/>
        </w:rPr>
      </w:pPr>
      <w:r w:rsidRPr="00EF62E6">
        <w:rPr>
          <w:lang w:val="en-GB"/>
        </w:rPr>
        <w:t>The Club uses the school’s expectations, rewards and sanctions framework.</w:t>
      </w:r>
    </w:p>
    <w:p w14:paraId="43A115BD" w14:textId="77777777" w:rsidR="00EF62E6" w:rsidRPr="00EF62E6" w:rsidRDefault="00EF62E6" w:rsidP="00EF62E6">
      <w:pPr>
        <w:numPr>
          <w:ilvl w:val="0"/>
          <w:numId w:val="13"/>
        </w:numPr>
        <w:rPr>
          <w:lang w:val="en-GB"/>
        </w:rPr>
      </w:pPr>
      <w:r w:rsidRPr="00EF62E6">
        <w:rPr>
          <w:lang w:val="en-GB"/>
        </w:rPr>
        <w:lastRenderedPageBreak/>
        <w:t xml:space="preserve">If a child’s behaviour repeatedly compromises safety or wellbeing despite support and reasonable adjustments, the school may: </w:t>
      </w:r>
    </w:p>
    <w:p w14:paraId="15CBCA94" w14:textId="77777777" w:rsidR="00EF62E6" w:rsidRPr="00EF62E6" w:rsidRDefault="00EF62E6" w:rsidP="00EF62E6">
      <w:pPr>
        <w:numPr>
          <w:ilvl w:val="1"/>
          <w:numId w:val="13"/>
        </w:numPr>
        <w:rPr>
          <w:lang w:val="en-GB"/>
        </w:rPr>
      </w:pPr>
      <w:r w:rsidRPr="00EF62E6">
        <w:rPr>
          <w:lang w:val="en-GB"/>
        </w:rPr>
        <w:t>Meet with parents/carers to agree a support plan,</w:t>
      </w:r>
    </w:p>
    <w:p w14:paraId="46275E37" w14:textId="77777777" w:rsidR="00EF62E6" w:rsidRPr="00EF62E6" w:rsidRDefault="00EF62E6" w:rsidP="00EF62E6">
      <w:pPr>
        <w:numPr>
          <w:ilvl w:val="1"/>
          <w:numId w:val="13"/>
        </w:numPr>
        <w:rPr>
          <w:lang w:val="en-GB"/>
        </w:rPr>
      </w:pPr>
      <w:r w:rsidRPr="00EF62E6">
        <w:rPr>
          <w:lang w:val="en-GB"/>
        </w:rPr>
        <w:t>Issue a fixed-term suspension from the Club, and/or</w:t>
      </w:r>
    </w:p>
    <w:p w14:paraId="6F5644A3" w14:textId="77777777" w:rsidR="00EF62E6" w:rsidRPr="00EF62E6" w:rsidRDefault="00EF62E6" w:rsidP="00EF62E6">
      <w:pPr>
        <w:numPr>
          <w:ilvl w:val="1"/>
          <w:numId w:val="13"/>
        </w:numPr>
        <w:rPr>
          <w:lang w:val="en-GB"/>
        </w:rPr>
      </w:pPr>
      <w:r w:rsidRPr="00EF62E6">
        <w:rPr>
          <w:lang w:val="en-GB"/>
        </w:rPr>
        <w:t>Withdraw the Club place as a last resort.</w:t>
      </w:r>
    </w:p>
    <w:p w14:paraId="5B940731" w14:textId="26180069" w:rsidR="00EF62E6" w:rsidRPr="00EF62E6" w:rsidRDefault="00EF62E6" w:rsidP="00EF62E6">
      <w:pPr>
        <w:numPr>
          <w:ilvl w:val="0"/>
          <w:numId w:val="13"/>
        </w:numPr>
        <w:rPr>
          <w:lang w:val="en-GB"/>
        </w:rPr>
      </w:pPr>
      <w:r w:rsidRPr="00EF62E6">
        <w:rPr>
          <w:lang w:val="en-GB"/>
        </w:rPr>
        <w:t>The Club will work in partnership with parents</w:t>
      </w:r>
      <w:r w:rsidR="008B5483">
        <w:rPr>
          <w:lang w:val="en-GB"/>
        </w:rPr>
        <w:t xml:space="preserve"> </w:t>
      </w:r>
      <w:r w:rsidRPr="00EF62E6">
        <w:rPr>
          <w:lang w:val="en-GB"/>
        </w:rPr>
        <w:t xml:space="preserve">where </w:t>
      </w:r>
      <w:proofErr w:type="gramStart"/>
      <w:r w:rsidRPr="00EF62E6">
        <w:rPr>
          <w:lang w:val="en-GB"/>
        </w:rPr>
        <w:t>appropriate, and</w:t>
      </w:r>
      <w:proofErr w:type="gramEnd"/>
      <w:r w:rsidRPr="00EF62E6">
        <w:rPr>
          <w:lang w:val="en-GB"/>
        </w:rPr>
        <w:t xml:space="preserve"> follow graduated support.</w:t>
      </w:r>
    </w:p>
    <w:p w14:paraId="58E4C4E1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b) Parent/Carer Behaviour Towards Staff and Children</w:t>
      </w:r>
    </w:p>
    <w:p w14:paraId="5B61E306" w14:textId="77777777" w:rsidR="00EF62E6" w:rsidRPr="00EF62E6" w:rsidRDefault="00EF62E6" w:rsidP="00EF62E6">
      <w:pPr>
        <w:numPr>
          <w:ilvl w:val="0"/>
          <w:numId w:val="14"/>
        </w:numPr>
        <w:rPr>
          <w:lang w:val="en-GB"/>
        </w:rPr>
      </w:pPr>
      <w:r w:rsidRPr="00EF62E6">
        <w:rPr>
          <w:lang w:val="en-GB"/>
        </w:rPr>
        <w:t>We have a zero-tolerance approach to aggression, harassment, discriminatory language, or abusive behaviour towards staff, pupils, or other parents.</w:t>
      </w:r>
    </w:p>
    <w:p w14:paraId="554F3D9D" w14:textId="77777777" w:rsidR="00EF62E6" w:rsidRPr="00EF62E6" w:rsidRDefault="00EF62E6" w:rsidP="00EF62E6">
      <w:pPr>
        <w:numPr>
          <w:ilvl w:val="0"/>
          <w:numId w:val="14"/>
        </w:numPr>
        <w:rPr>
          <w:lang w:val="en-GB"/>
        </w:rPr>
      </w:pPr>
      <w:r w:rsidRPr="00EF62E6">
        <w:rPr>
          <w:lang w:val="en-GB"/>
        </w:rPr>
        <w:t>Parents/carers must communicate respectfully and follow staff instructions related to safety and procedures.</w:t>
      </w:r>
    </w:p>
    <w:p w14:paraId="5BFB811B" w14:textId="77777777" w:rsidR="00EF62E6" w:rsidRPr="00EF62E6" w:rsidRDefault="00EF62E6" w:rsidP="00EF62E6">
      <w:pPr>
        <w:numPr>
          <w:ilvl w:val="0"/>
          <w:numId w:val="14"/>
        </w:numPr>
        <w:rPr>
          <w:lang w:val="en-GB"/>
        </w:rPr>
      </w:pPr>
      <w:r w:rsidRPr="00EF62E6">
        <w:rPr>
          <w:lang w:val="en-GB"/>
        </w:rPr>
        <w:t>Breaches may result in warnings, refusal of access to the Club areas, and/or withdrawal of the child’s Club place.</w:t>
      </w:r>
    </w:p>
    <w:p w14:paraId="5A94D72D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1676CB61">
          <v:rect id="_x0000_i1030" style="width:0;height:1.5pt" o:hralign="center" o:hrstd="t" o:hr="t" fillcolor="#a0a0a0" stroked="f"/>
        </w:pict>
      </w:r>
    </w:p>
    <w:p w14:paraId="1B0FC88B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6) Safeguarding &amp; Health</w:t>
      </w:r>
    </w:p>
    <w:p w14:paraId="478D4540" w14:textId="7587B67A" w:rsidR="00EF62E6" w:rsidRPr="00EF62E6" w:rsidRDefault="00EF62E6" w:rsidP="00EF62E6">
      <w:pPr>
        <w:numPr>
          <w:ilvl w:val="0"/>
          <w:numId w:val="15"/>
        </w:numPr>
        <w:rPr>
          <w:lang w:val="en-GB"/>
        </w:rPr>
      </w:pPr>
      <w:r w:rsidRPr="00EF62E6">
        <w:rPr>
          <w:lang w:val="en-GB"/>
        </w:rPr>
        <w:t>The Club follows</w:t>
      </w:r>
      <w:r w:rsidR="008B5483">
        <w:rPr>
          <w:b/>
          <w:bCs/>
          <w:lang w:val="en-GB"/>
        </w:rPr>
        <w:t xml:space="preserve"> </w:t>
      </w:r>
      <w:r w:rsidR="008B5483" w:rsidRPr="008B5483">
        <w:rPr>
          <w:lang w:val="en-GB"/>
        </w:rPr>
        <w:t>(</w:t>
      </w:r>
      <w:proofErr w:type="spellStart"/>
      <w:r w:rsidR="008B5483" w:rsidRPr="008B5483">
        <w:rPr>
          <w:lang w:val="en-GB"/>
        </w:rPr>
        <w:t>W</w:t>
      </w:r>
      <w:r w:rsidR="001743DF">
        <w:rPr>
          <w:lang w:val="en-GB"/>
        </w:rPr>
        <w:t>ixams</w:t>
      </w:r>
      <w:proofErr w:type="spellEnd"/>
      <w:r w:rsidR="001743DF">
        <w:rPr>
          <w:lang w:val="en-GB"/>
        </w:rPr>
        <w:t xml:space="preserve"> Tree Primary Academy</w:t>
      </w:r>
      <w:r w:rsidR="008B5483" w:rsidRPr="008B5483">
        <w:rPr>
          <w:lang w:val="en-GB"/>
        </w:rPr>
        <w:t>)</w:t>
      </w:r>
      <w:r w:rsidR="008B5483">
        <w:rPr>
          <w:lang w:val="en-GB"/>
        </w:rPr>
        <w:t xml:space="preserve"> </w:t>
      </w:r>
      <w:r w:rsidRPr="00EF62E6">
        <w:rPr>
          <w:lang w:val="en-GB"/>
        </w:rPr>
        <w:t>safeguarding and child protection procedures.</w:t>
      </w:r>
    </w:p>
    <w:p w14:paraId="11A69067" w14:textId="77777777" w:rsidR="00EF62E6" w:rsidRPr="00EF62E6" w:rsidRDefault="00EF62E6" w:rsidP="00EF62E6">
      <w:pPr>
        <w:numPr>
          <w:ilvl w:val="0"/>
          <w:numId w:val="15"/>
        </w:numPr>
        <w:rPr>
          <w:lang w:val="en-GB"/>
        </w:rPr>
      </w:pPr>
      <w:r w:rsidRPr="00EF62E6">
        <w:rPr>
          <w:lang w:val="en-GB"/>
        </w:rPr>
        <w:t>Medical Needs: Parents must provide up-to-date medical information and required medication with clear instructions; complete relevant care plans before attendance.</w:t>
      </w:r>
    </w:p>
    <w:p w14:paraId="3DFE8554" w14:textId="4B053B4F" w:rsidR="00EF62E6" w:rsidRPr="00EF62E6" w:rsidRDefault="00EF62E6" w:rsidP="00EF62E6">
      <w:pPr>
        <w:numPr>
          <w:ilvl w:val="0"/>
          <w:numId w:val="15"/>
        </w:numPr>
        <w:rPr>
          <w:lang w:val="en-GB"/>
        </w:rPr>
      </w:pPr>
      <w:r w:rsidRPr="00EF62E6">
        <w:rPr>
          <w:lang w:val="en-GB"/>
        </w:rPr>
        <w:t xml:space="preserve">Allergies &amp; Food: Breakfast/tea/snacks provided may include </w:t>
      </w:r>
      <w:r w:rsidR="00166755" w:rsidRPr="00166755">
        <w:rPr>
          <w:lang w:val="en-GB"/>
        </w:rPr>
        <w:t>Gluten and Soya</w:t>
      </w:r>
      <w:r w:rsidRPr="00166755">
        <w:rPr>
          <w:lang w:val="en-GB"/>
        </w:rPr>
        <w:t>.</w:t>
      </w:r>
      <w:r w:rsidRPr="00EF62E6">
        <w:rPr>
          <w:lang w:val="en-GB"/>
        </w:rPr>
        <w:t xml:space="preserve"> We are a nut-</w:t>
      </w:r>
      <w:r w:rsidR="008B5483">
        <w:rPr>
          <w:lang w:val="en-GB"/>
        </w:rPr>
        <w:t>free environment.</w:t>
      </w:r>
      <w:r w:rsidRPr="00EF62E6">
        <w:rPr>
          <w:lang w:val="en-GB"/>
        </w:rPr>
        <w:t xml:space="preserve"> Please notify us of allergies; we will make reasonable adjustments where feasible.</w:t>
      </w:r>
    </w:p>
    <w:p w14:paraId="684DAD0C" w14:textId="2BB194C1" w:rsidR="00EF62E6" w:rsidRPr="00EF62E6" w:rsidRDefault="00EF62E6" w:rsidP="00EF62E6">
      <w:pPr>
        <w:numPr>
          <w:ilvl w:val="0"/>
          <w:numId w:val="15"/>
        </w:numPr>
        <w:rPr>
          <w:lang w:val="en-GB"/>
        </w:rPr>
      </w:pPr>
      <w:r w:rsidRPr="00EF62E6">
        <w:rPr>
          <w:lang w:val="en-GB"/>
        </w:rPr>
        <w:t xml:space="preserve">Illness: If a child becomes unwell, parents must arrange prompt collection. Exclusion periods (e.g., 48 hours after vomiting/diarrhoea) apply in line with </w:t>
      </w:r>
      <w:r w:rsidR="008B5483">
        <w:rPr>
          <w:lang w:val="en-GB"/>
        </w:rPr>
        <w:t>school procedures.</w:t>
      </w:r>
    </w:p>
    <w:p w14:paraId="06F494C8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66650334">
          <v:rect id="_x0000_i1031" style="width:0;height:1.5pt" o:hralign="center" o:hrstd="t" o:hr="t" fillcolor="#a0a0a0" stroked="f"/>
        </w:pict>
      </w:r>
    </w:p>
    <w:p w14:paraId="6FFC73F3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7) Inclusion &amp; Additional Needs</w:t>
      </w:r>
    </w:p>
    <w:p w14:paraId="42F9336E" w14:textId="77777777" w:rsidR="00EF62E6" w:rsidRPr="00EF62E6" w:rsidRDefault="00EF62E6" w:rsidP="00EF62E6">
      <w:pPr>
        <w:numPr>
          <w:ilvl w:val="0"/>
          <w:numId w:val="16"/>
        </w:numPr>
        <w:rPr>
          <w:lang w:val="en-GB"/>
        </w:rPr>
      </w:pPr>
      <w:r w:rsidRPr="00EF62E6">
        <w:rPr>
          <w:lang w:val="en-GB"/>
        </w:rPr>
        <w:t>We are committed to inclusion and will make reasonable adjustments to support children with SEND or medical needs, working with parents and the school SENDCo.</w:t>
      </w:r>
    </w:p>
    <w:p w14:paraId="6D36CA11" w14:textId="77777777" w:rsidR="00EF62E6" w:rsidRPr="00EF62E6" w:rsidRDefault="00EF62E6" w:rsidP="00EF62E6">
      <w:pPr>
        <w:numPr>
          <w:ilvl w:val="0"/>
          <w:numId w:val="16"/>
        </w:numPr>
        <w:rPr>
          <w:lang w:val="en-GB"/>
        </w:rPr>
      </w:pPr>
      <w:r w:rsidRPr="00EF62E6">
        <w:rPr>
          <w:lang w:val="en-GB"/>
        </w:rPr>
        <w:lastRenderedPageBreak/>
        <w:t>In rare cases where needs cannot be safely met within ratios or resources, we will discuss options with parents (e.g., phased start, additional support where available, or alternative arrangements).</w:t>
      </w:r>
    </w:p>
    <w:p w14:paraId="69F2D679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4C38E038">
          <v:rect id="_x0000_i1032" style="width:0;height:1.5pt" o:hralign="center" o:hrstd="t" o:hr="t" fillcolor="#a0a0a0" stroked="f"/>
        </w:pict>
      </w:r>
    </w:p>
    <w:p w14:paraId="241ADA2B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8) Activities, Equipment &amp; Personal Property</w:t>
      </w:r>
    </w:p>
    <w:p w14:paraId="353060EA" w14:textId="77777777" w:rsidR="00EF62E6" w:rsidRPr="00EF62E6" w:rsidRDefault="00EF62E6" w:rsidP="00EF62E6">
      <w:pPr>
        <w:numPr>
          <w:ilvl w:val="0"/>
          <w:numId w:val="17"/>
        </w:numPr>
        <w:rPr>
          <w:lang w:val="en-GB"/>
        </w:rPr>
      </w:pPr>
      <w:r w:rsidRPr="00EF62E6">
        <w:rPr>
          <w:lang w:val="en-GB"/>
        </w:rPr>
        <w:t>Activities may include indoor/outdoor play, arts, homework time, and quiet activities.</w:t>
      </w:r>
    </w:p>
    <w:p w14:paraId="1C02BAD1" w14:textId="347BAE9B" w:rsidR="00EF62E6" w:rsidRPr="00EF62E6" w:rsidRDefault="00EF62E6" w:rsidP="00EF62E6">
      <w:pPr>
        <w:numPr>
          <w:ilvl w:val="0"/>
          <w:numId w:val="17"/>
        </w:numPr>
        <w:rPr>
          <w:lang w:val="en-GB"/>
        </w:rPr>
      </w:pPr>
      <w:r w:rsidRPr="00EF62E6">
        <w:rPr>
          <w:lang w:val="en-GB"/>
        </w:rPr>
        <w:t xml:space="preserve">Children should wear </w:t>
      </w:r>
      <w:r w:rsidR="008B5483">
        <w:rPr>
          <w:lang w:val="en-GB"/>
        </w:rPr>
        <w:t>school uniform</w:t>
      </w:r>
      <w:r w:rsidRPr="00EF62E6">
        <w:rPr>
          <w:lang w:val="en-GB"/>
        </w:rPr>
        <w:t>.</w:t>
      </w:r>
    </w:p>
    <w:p w14:paraId="2FC5942E" w14:textId="77777777" w:rsidR="00EF62E6" w:rsidRPr="00EF62E6" w:rsidRDefault="00EF62E6" w:rsidP="00EF62E6">
      <w:pPr>
        <w:numPr>
          <w:ilvl w:val="0"/>
          <w:numId w:val="17"/>
        </w:numPr>
        <w:rPr>
          <w:lang w:val="en-GB"/>
        </w:rPr>
      </w:pPr>
      <w:r w:rsidRPr="00EF62E6">
        <w:rPr>
          <w:lang w:val="en-GB"/>
        </w:rPr>
        <w:t>Personal items brought to the Club are at the owner’s risk; the school/Club is not liable for loss or damage unless due to negligence.</w:t>
      </w:r>
    </w:p>
    <w:p w14:paraId="49D281A7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3CFEA7A0">
          <v:rect id="_x0000_i1033" style="width:0;height:1.5pt" o:hralign="center" o:hrstd="t" o:hr="t" fillcolor="#a0a0a0" stroked="f"/>
        </w:pict>
      </w:r>
    </w:p>
    <w:p w14:paraId="2BC4AE73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9) Communication</w:t>
      </w:r>
    </w:p>
    <w:p w14:paraId="33652FE5" w14:textId="6D0F3B98" w:rsidR="00EF62E6" w:rsidRPr="00EF62E6" w:rsidRDefault="00EF62E6" w:rsidP="00EF62E6">
      <w:pPr>
        <w:numPr>
          <w:ilvl w:val="0"/>
          <w:numId w:val="18"/>
        </w:numPr>
        <w:rPr>
          <w:lang w:val="en-GB"/>
        </w:rPr>
      </w:pPr>
      <w:r w:rsidRPr="00EF62E6">
        <w:rPr>
          <w:lang w:val="en-GB"/>
        </w:rPr>
        <w:t xml:space="preserve">Routine updates via </w:t>
      </w:r>
      <w:r w:rsidR="008B5483">
        <w:rPr>
          <w:lang w:val="en-GB"/>
        </w:rPr>
        <w:t>email.</w:t>
      </w:r>
    </w:p>
    <w:p w14:paraId="4BEB2DEC" w14:textId="03CEF9C0" w:rsidR="00EF62E6" w:rsidRPr="00EF62E6" w:rsidRDefault="00EF62E6" w:rsidP="00EF62E6">
      <w:pPr>
        <w:numPr>
          <w:ilvl w:val="0"/>
          <w:numId w:val="18"/>
        </w:numPr>
        <w:rPr>
          <w:lang w:val="en-GB"/>
        </w:rPr>
      </w:pPr>
      <w:r w:rsidRPr="00EF62E6">
        <w:rPr>
          <w:lang w:val="en-GB"/>
        </w:rPr>
        <w:t xml:space="preserve">For urgent matters during Club hours, contact </w:t>
      </w:r>
      <w:r w:rsidR="00166755" w:rsidRPr="00166755">
        <w:rPr>
          <w:b/>
          <w:bCs/>
          <w:lang w:val="en-GB"/>
        </w:rPr>
        <w:t>074</w:t>
      </w:r>
      <w:r w:rsidR="001743DF">
        <w:rPr>
          <w:b/>
          <w:bCs/>
          <w:lang w:val="en-GB"/>
        </w:rPr>
        <w:t>32 080 660</w:t>
      </w:r>
      <w:r w:rsidRPr="00166755">
        <w:rPr>
          <w:lang w:val="en-GB"/>
        </w:rPr>
        <w:t>.</w:t>
      </w:r>
    </w:p>
    <w:p w14:paraId="184D8663" w14:textId="77777777" w:rsidR="00EF62E6" w:rsidRPr="00EF62E6" w:rsidRDefault="00EF62E6" w:rsidP="00EF62E6">
      <w:pPr>
        <w:numPr>
          <w:ilvl w:val="0"/>
          <w:numId w:val="18"/>
        </w:numPr>
        <w:rPr>
          <w:lang w:val="en-GB"/>
        </w:rPr>
      </w:pPr>
      <w:r w:rsidRPr="00EF62E6">
        <w:rPr>
          <w:lang w:val="en-GB"/>
        </w:rPr>
        <w:t>Please inform us of changes to contact numbers, authorised collectors, medical needs, or dietary requirements in writing.</w:t>
      </w:r>
    </w:p>
    <w:p w14:paraId="71293AA9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10717274">
          <v:rect id="_x0000_i1034" style="width:0;height:1.5pt" o:hralign="center" o:hrstd="t" o:hr="t" fillcolor="#a0a0a0" stroked="f"/>
        </w:pict>
      </w:r>
    </w:p>
    <w:p w14:paraId="55BC5629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10) Data Protection (UK GDPR)</w:t>
      </w:r>
    </w:p>
    <w:p w14:paraId="35424AF9" w14:textId="58BBC809" w:rsidR="00EF62E6" w:rsidRPr="00EF62E6" w:rsidRDefault="00EF62E6" w:rsidP="00EF62E6">
      <w:pPr>
        <w:numPr>
          <w:ilvl w:val="0"/>
          <w:numId w:val="19"/>
        </w:numPr>
        <w:rPr>
          <w:lang w:val="en-GB"/>
        </w:rPr>
      </w:pPr>
      <w:r w:rsidRPr="00EF62E6">
        <w:rPr>
          <w:lang w:val="en-GB"/>
        </w:rPr>
        <w:t xml:space="preserve">We process personal data in line with UK GDPR and the </w:t>
      </w:r>
      <w:r w:rsidR="005E202E" w:rsidRPr="005E202E">
        <w:rPr>
          <w:lang w:val="en-GB"/>
        </w:rPr>
        <w:t xml:space="preserve">Trust </w:t>
      </w:r>
      <w:r w:rsidRPr="00EF62E6">
        <w:rPr>
          <w:lang w:val="en-GB"/>
        </w:rPr>
        <w:t>Privacy Notice for the purposes of safeguarding, attendance, billing, and service delivery.</w:t>
      </w:r>
    </w:p>
    <w:p w14:paraId="4B42F165" w14:textId="77777777" w:rsidR="00EF62E6" w:rsidRPr="00EF62E6" w:rsidRDefault="00EF62E6" w:rsidP="00EF62E6">
      <w:pPr>
        <w:numPr>
          <w:ilvl w:val="0"/>
          <w:numId w:val="19"/>
        </w:numPr>
        <w:rPr>
          <w:lang w:val="en-GB"/>
        </w:rPr>
      </w:pPr>
      <w:r w:rsidRPr="00EF62E6">
        <w:rPr>
          <w:lang w:val="en-GB"/>
        </w:rPr>
        <w:t>Data will be retained in accordance with our retention schedule and shared only where legally required or necessary for safe operation (e.g., medical emergency, safeguarding).</w:t>
      </w:r>
    </w:p>
    <w:p w14:paraId="62339FB5" w14:textId="1000E9B2" w:rsidR="00EF62E6" w:rsidRDefault="00EF62E6" w:rsidP="00EF62E6">
      <w:pPr>
        <w:numPr>
          <w:ilvl w:val="0"/>
          <w:numId w:val="19"/>
        </w:numPr>
        <w:rPr>
          <w:lang w:val="en-GB"/>
        </w:rPr>
      </w:pPr>
      <w:r w:rsidRPr="00EF62E6">
        <w:rPr>
          <w:lang w:val="en-GB"/>
        </w:rPr>
        <w:t xml:space="preserve">For data rights requests, contact </w:t>
      </w:r>
      <w:r w:rsidR="005E202E">
        <w:rPr>
          <w:lang w:val="en-GB"/>
        </w:rPr>
        <w:t>Data Protection Officer.</w:t>
      </w:r>
    </w:p>
    <w:p w14:paraId="39337CF9" w14:textId="77777777" w:rsidR="004C623E" w:rsidRPr="00EF62E6" w:rsidRDefault="004C623E" w:rsidP="004C623E">
      <w:pPr>
        <w:ind w:left="720"/>
        <w:rPr>
          <w:lang w:val="en-GB"/>
        </w:rPr>
      </w:pPr>
    </w:p>
    <w:p w14:paraId="7182D1CC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6B4090FF">
          <v:rect id="_x0000_i1035" style="width:0;height:1.5pt" o:hralign="center" o:hrstd="t" o:hr="t" fillcolor="#a0a0a0" stroked="f"/>
        </w:pict>
      </w:r>
    </w:p>
    <w:p w14:paraId="42B7604B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11) Complaints &amp; Feedback</w:t>
      </w:r>
    </w:p>
    <w:p w14:paraId="0FF5E75A" w14:textId="3DD9AD73" w:rsidR="00EF62E6" w:rsidRPr="00EF62E6" w:rsidRDefault="00EF62E6" w:rsidP="00EF62E6">
      <w:pPr>
        <w:numPr>
          <w:ilvl w:val="0"/>
          <w:numId w:val="20"/>
        </w:numPr>
        <w:rPr>
          <w:lang w:val="en-GB"/>
        </w:rPr>
      </w:pPr>
      <w:r w:rsidRPr="00EF62E6">
        <w:rPr>
          <w:lang w:val="en-GB"/>
        </w:rPr>
        <w:lastRenderedPageBreak/>
        <w:t xml:space="preserve">We welcome feedback and aim to resolve concerns informally in the first instance with the Club </w:t>
      </w:r>
      <w:r w:rsidR="005E202E">
        <w:rPr>
          <w:lang w:val="en-GB"/>
        </w:rPr>
        <w:t>Manager.</w:t>
      </w:r>
    </w:p>
    <w:p w14:paraId="67B933D2" w14:textId="23FFB322" w:rsidR="00EF62E6" w:rsidRPr="00EF62E6" w:rsidRDefault="00EF62E6" w:rsidP="00EF62E6">
      <w:pPr>
        <w:numPr>
          <w:ilvl w:val="0"/>
          <w:numId w:val="20"/>
        </w:numPr>
        <w:rPr>
          <w:lang w:val="en-GB"/>
        </w:rPr>
      </w:pPr>
      <w:r w:rsidRPr="00EF62E6">
        <w:rPr>
          <w:lang w:val="en-GB"/>
        </w:rPr>
        <w:t>Formal complaints follow the Trust Complaints Policy, available on our website or from the office.</w:t>
      </w:r>
    </w:p>
    <w:p w14:paraId="4705EE1C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27078412">
          <v:rect id="_x0000_i1036" style="width:0;height:1.5pt" o:hralign="center" o:hrstd="t" o:hr="t" fillcolor="#a0a0a0" stroked="f"/>
        </w:pict>
      </w:r>
    </w:p>
    <w:p w14:paraId="498C7473" w14:textId="77777777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12) Withdrawal, Suspension &amp; Termination of Place</w:t>
      </w:r>
    </w:p>
    <w:p w14:paraId="2C5C362C" w14:textId="77777777" w:rsidR="00EF62E6" w:rsidRPr="00EF62E6" w:rsidRDefault="00EF62E6" w:rsidP="00EF62E6">
      <w:pPr>
        <w:numPr>
          <w:ilvl w:val="0"/>
          <w:numId w:val="21"/>
        </w:numPr>
        <w:rPr>
          <w:lang w:val="en-GB"/>
        </w:rPr>
      </w:pPr>
      <w:r w:rsidRPr="00EF62E6">
        <w:rPr>
          <w:lang w:val="en-GB"/>
        </w:rPr>
        <w:t xml:space="preserve">We reserve the right to </w:t>
      </w:r>
      <w:r w:rsidRPr="00EF62E6">
        <w:rPr>
          <w:b/>
          <w:bCs/>
          <w:lang w:val="en-GB"/>
        </w:rPr>
        <w:t>suspend or terminate</w:t>
      </w:r>
      <w:r w:rsidRPr="00EF62E6">
        <w:rPr>
          <w:lang w:val="en-GB"/>
        </w:rPr>
        <w:t xml:space="preserve"> a place where: </w:t>
      </w:r>
    </w:p>
    <w:p w14:paraId="6896FA04" w14:textId="77777777" w:rsidR="00EF62E6" w:rsidRPr="00EF62E6" w:rsidRDefault="00EF62E6" w:rsidP="00EF62E6">
      <w:pPr>
        <w:numPr>
          <w:ilvl w:val="1"/>
          <w:numId w:val="21"/>
        </w:numPr>
        <w:rPr>
          <w:lang w:val="en-GB"/>
        </w:rPr>
      </w:pPr>
      <w:r w:rsidRPr="00EF62E6">
        <w:rPr>
          <w:lang w:val="en-GB"/>
        </w:rPr>
        <w:t xml:space="preserve">Fees are </w:t>
      </w:r>
      <w:r w:rsidRPr="00EF62E6">
        <w:rPr>
          <w:b/>
          <w:bCs/>
          <w:lang w:val="en-GB"/>
        </w:rPr>
        <w:t>more than £20 in arrears</w:t>
      </w:r>
      <w:r w:rsidRPr="00EF62E6">
        <w:rPr>
          <w:lang w:val="en-GB"/>
        </w:rPr>
        <w:t xml:space="preserve"> and not promptly resolved following notice.</w:t>
      </w:r>
    </w:p>
    <w:p w14:paraId="030268F6" w14:textId="77777777" w:rsidR="00EF62E6" w:rsidRPr="00EF62E6" w:rsidRDefault="00EF62E6" w:rsidP="00EF62E6">
      <w:pPr>
        <w:numPr>
          <w:ilvl w:val="1"/>
          <w:numId w:val="21"/>
        </w:numPr>
        <w:rPr>
          <w:lang w:val="en-GB"/>
        </w:rPr>
      </w:pPr>
      <w:r w:rsidRPr="00EF62E6">
        <w:rPr>
          <w:lang w:val="en-GB"/>
        </w:rPr>
        <w:t>Behaviour (child or adult) poses risks to safety or significantly disrupts the provision.</w:t>
      </w:r>
    </w:p>
    <w:p w14:paraId="0E81625D" w14:textId="77777777" w:rsidR="00EF62E6" w:rsidRPr="00EF62E6" w:rsidRDefault="00EF62E6" w:rsidP="00EF62E6">
      <w:pPr>
        <w:numPr>
          <w:ilvl w:val="1"/>
          <w:numId w:val="21"/>
        </w:numPr>
        <w:rPr>
          <w:lang w:val="en-GB"/>
        </w:rPr>
      </w:pPr>
      <w:r w:rsidRPr="00EF62E6">
        <w:rPr>
          <w:lang w:val="en-GB"/>
        </w:rPr>
        <w:t>Persistent late collection breaches this Agreement.</w:t>
      </w:r>
    </w:p>
    <w:p w14:paraId="14A737B9" w14:textId="3EDE69A0" w:rsidR="00EF62E6" w:rsidRPr="00166755" w:rsidRDefault="00EF62E6" w:rsidP="00EF62E6">
      <w:pPr>
        <w:numPr>
          <w:ilvl w:val="0"/>
          <w:numId w:val="21"/>
        </w:numPr>
        <w:rPr>
          <w:lang w:val="en-GB"/>
        </w:rPr>
      </w:pPr>
      <w:r w:rsidRPr="00166755">
        <w:rPr>
          <w:lang w:val="en-GB"/>
        </w:rPr>
        <w:t xml:space="preserve">Parents may end their child’s place by giving </w:t>
      </w:r>
      <w:r w:rsidR="00166755" w:rsidRPr="00166755">
        <w:rPr>
          <w:b/>
          <w:bCs/>
          <w:lang w:val="en-GB"/>
        </w:rPr>
        <w:t xml:space="preserve">2 weeks’ notice </w:t>
      </w:r>
      <w:r w:rsidRPr="00166755">
        <w:rPr>
          <w:lang w:val="en-GB"/>
        </w:rPr>
        <w:t>in writing. Prepaid sessions within the notice period are not refundable unless the Club cancels.</w:t>
      </w:r>
    </w:p>
    <w:p w14:paraId="5D88DEA9" w14:textId="77777777" w:rsidR="004C623E" w:rsidRPr="00EF62E6" w:rsidRDefault="004C623E" w:rsidP="004C623E">
      <w:pPr>
        <w:ind w:left="720"/>
        <w:rPr>
          <w:highlight w:val="yellow"/>
          <w:lang w:val="en-GB"/>
        </w:rPr>
      </w:pPr>
    </w:p>
    <w:p w14:paraId="6E116595" w14:textId="77777777" w:rsidR="00EF62E6" w:rsidRPr="00EF62E6" w:rsidRDefault="00803FC2" w:rsidP="00EF62E6">
      <w:pPr>
        <w:rPr>
          <w:lang w:val="en-GB"/>
        </w:rPr>
      </w:pPr>
      <w:r>
        <w:rPr>
          <w:lang w:val="en-GB"/>
        </w:rPr>
        <w:pict w14:anchorId="66625CB6">
          <v:rect id="_x0000_i1037" style="width:0;height:1.5pt" o:hralign="center" o:hrstd="t" o:hr="t" fillcolor="#a0a0a0" stroked="f"/>
        </w:pict>
      </w:r>
    </w:p>
    <w:p w14:paraId="4388193E" w14:textId="77777777" w:rsidR="004C623E" w:rsidRDefault="004C623E" w:rsidP="00EF62E6">
      <w:pPr>
        <w:rPr>
          <w:b/>
          <w:bCs/>
          <w:lang w:val="en-GB"/>
        </w:rPr>
      </w:pPr>
    </w:p>
    <w:p w14:paraId="61250998" w14:textId="77777777" w:rsidR="004C623E" w:rsidRDefault="004C623E" w:rsidP="00EF62E6">
      <w:pPr>
        <w:rPr>
          <w:b/>
          <w:bCs/>
          <w:lang w:val="en-GB"/>
        </w:rPr>
      </w:pPr>
    </w:p>
    <w:p w14:paraId="1AB8A469" w14:textId="77777777" w:rsidR="004C623E" w:rsidRDefault="004C623E" w:rsidP="00EF62E6">
      <w:pPr>
        <w:rPr>
          <w:b/>
          <w:bCs/>
          <w:lang w:val="en-GB"/>
        </w:rPr>
      </w:pPr>
    </w:p>
    <w:p w14:paraId="5641ADF3" w14:textId="77777777" w:rsidR="004C623E" w:rsidRDefault="004C623E" w:rsidP="00EF62E6">
      <w:pPr>
        <w:rPr>
          <w:b/>
          <w:bCs/>
          <w:lang w:val="en-GB"/>
        </w:rPr>
      </w:pPr>
    </w:p>
    <w:p w14:paraId="5596A304" w14:textId="38880C03" w:rsidR="00EF62E6" w:rsidRPr="00EF62E6" w:rsidRDefault="00EF62E6" w:rsidP="00EF62E6">
      <w:pPr>
        <w:rPr>
          <w:b/>
          <w:bCs/>
          <w:lang w:val="en-GB"/>
        </w:rPr>
      </w:pPr>
      <w:r w:rsidRPr="00EF62E6">
        <w:rPr>
          <w:b/>
          <w:bCs/>
          <w:lang w:val="en-GB"/>
        </w:rPr>
        <w:t>1</w:t>
      </w:r>
      <w:r w:rsidR="005E202E">
        <w:rPr>
          <w:b/>
          <w:bCs/>
          <w:lang w:val="en-GB"/>
        </w:rPr>
        <w:t>3</w:t>
      </w:r>
      <w:r w:rsidRPr="00EF62E6">
        <w:rPr>
          <w:b/>
          <w:bCs/>
          <w:lang w:val="en-GB"/>
        </w:rPr>
        <w:t>) Agreement &amp; Consent</w:t>
      </w:r>
    </w:p>
    <w:p w14:paraId="0EF8C50B" w14:textId="77777777" w:rsidR="00EF62E6" w:rsidRPr="00EF62E6" w:rsidRDefault="00EF62E6" w:rsidP="00EF62E6">
      <w:pPr>
        <w:rPr>
          <w:lang w:val="en-GB"/>
        </w:rPr>
      </w:pPr>
      <w:r w:rsidRPr="00EF62E6">
        <w:rPr>
          <w:lang w:val="en-GB"/>
        </w:rPr>
        <w:t>By signing below, you agree to:</w:t>
      </w:r>
    </w:p>
    <w:p w14:paraId="78AC02BF" w14:textId="763C84D3" w:rsidR="00EF62E6" w:rsidRPr="00EF62E6" w:rsidRDefault="00EF62E6" w:rsidP="00EF62E6">
      <w:pPr>
        <w:numPr>
          <w:ilvl w:val="0"/>
          <w:numId w:val="23"/>
        </w:numPr>
        <w:rPr>
          <w:lang w:val="en-GB"/>
        </w:rPr>
      </w:pPr>
      <w:r w:rsidRPr="00EF62E6">
        <w:rPr>
          <w:lang w:val="en-GB"/>
        </w:rPr>
        <w:t xml:space="preserve">Adhere to this Agreement and the </w:t>
      </w:r>
      <w:r w:rsidR="005E202E" w:rsidRPr="005E202E">
        <w:rPr>
          <w:lang w:val="en-GB"/>
        </w:rPr>
        <w:t>schools’</w:t>
      </w:r>
      <w:r w:rsidRPr="00EF62E6">
        <w:rPr>
          <w:lang w:val="en-GB"/>
        </w:rPr>
        <w:t xml:space="preserve"> Behaviour Policy while your child attends </w:t>
      </w:r>
      <w:r w:rsidR="005E202E">
        <w:rPr>
          <w:lang w:val="en-GB"/>
        </w:rPr>
        <w:t>T</w:t>
      </w:r>
      <w:r w:rsidRPr="00EF62E6">
        <w:rPr>
          <w:lang w:val="en-GB"/>
        </w:rPr>
        <w:t>he Club.</w:t>
      </w:r>
    </w:p>
    <w:p w14:paraId="79F24BB9" w14:textId="77777777" w:rsidR="00EF62E6" w:rsidRPr="00EF62E6" w:rsidRDefault="00EF62E6" w:rsidP="00EF62E6">
      <w:pPr>
        <w:numPr>
          <w:ilvl w:val="0"/>
          <w:numId w:val="23"/>
        </w:numPr>
        <w:rPr>
          <w:lang w:val="en-GB"/>
        </w:rPr>
      </w:pPr>
      <w:r w:rsidRPr="00EF62E6">
        <w:rPr>
          <w:lang w:val="en-GB"/>
        </w:rPr>
        <w:t>Ensure timely payment; acknowledge that the Club may refuse further attendance if arrears exceed £20.</w:t>
      </w:r>
    </w:p>
    <w:p w14:paraId="5F4FFF9A" w14:textId="77777777" w:rsidR="00EF62E6" w:rsidRPr="00EF62E6" w:rsidRDefault="00EF62E6" w:rsidP="00EF62E6">
      <w:pPr>
        <w:numPr>
          <w:ilvl w:val="0"/>
          <w:numId w:val="23"/>
        </w:numPr>
        <w:rPr>
          <w:lang w:val="en-GB"/>
        </w:rPr>
      </w:pPr>
      <w:r w:rsidRPr="00EF62E6">
        <w:rPr>
          <w:lang w:val="en-GB"/>
        </w:rPr>
        <w:t>Provide accurate, up-to-date contact, medical, and authorised collection information.</w:t>
      </w:r>
    </w:p>
    <w:p w14:paraId="1B0D997B" w14:textId="1705A1CC" w:rsidR="00EF62E6" w:rsidRPr="00EF62E6" w:rsidRDefault="00EF62E6" w:rsidP="00EF62E6">
      <w:pPr>
        <w:numPr>
          <w:ilvl w:val="0"/>
          <w:numId w:val="23"/>
        </w:numPr>
        <w:rPr>
          <w:lang w:val="en-GB"/>
        </w:rPr>
      </w:pPr>
      <w:r w:rsidRPr="00EF62E6">
        <w:rPr>
          <w:lang w:val="en-GB"/>
        </w:rPr>
        <w:lastRenderedPageBreak/>
        <w:t xml:space="preserve">Consent to first aid being administered and, in an emergency, for </w:t>
      </w:r>
      <w:r w:rsidR="005E202E">
        <w:rPr>
          <w:lang w:val="en-GB"/>
        </w:rPr>
        <w:t>T</w:t>
      </w:r>
      <w:r w:rsidRPr="00EF62E6">
        <w:rPr>
          <w:lang w:val="en-GB"/>
        </w:rPr>
        <w:t>he Club to act in the best interests of your child, including contacting emergency services.</w:t>
      </w:r>
    </w:p>
    <w:p w14:paraId="73C5B1B0" w14:textId="77777777" w:rsidR="00EF62E6" w:rsidRPr="00EF62E6" w:rsidRDefault="00EF62E6" w:rsidP="00EF62E6">
      <w:pPr>
        <w:rPr>
          <w:lang w:val="en-GB"/>
        </w:rPr>
      </w:pPr>
      <w:r w:rsidRPr="00EF62E6">
        <w:rPr>
          <w:b/>
          <w:bCs/>
          <w:lang w:val="en-GB"/>
        </w:rPr>
        <w:t>Child/Children’s Names:</w:t>
      </w:r>
      <w:r w:rsidRPr="00EF62E6">
        <w:rPr>
          <w:lang w:val="en-GB"/>
        </w:rPr>
        <w:t xml:space="preserve"> ___________________________________________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>Parent/Carer Name (print):</w:t>
      </w:r>
      <w:r w:rsidRPr="00EF62E6">
        <w:rPr>
          <w:lang w:val="en-GB"/>
        </w:rPr>
        <w:t xml:space="preserve"> _________________________________________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>Signature:</w:t>
      </w:r>
      <w:r w:rsidRPr="00EF62E6">
        <w:rPr>
          <w:lang w:val="en-GB"/>
        </w:rPr>
        <w:t xml:space="preserve"> _______________________________ </w:t>
      </w:r>
      <w:r w:rsidRPr="00EF62E6">
        <w:rPr>
          <w:b/>
          <w:bCs/>
          <w:lang w:val="en-GB"/>
        </w:rPr>
        <w:t>Date:</w:t>
      </w:r>
      <w:r w:rsidRPr="00EF62E6">
        <w:rPr>
          <w:lang w:val="en-GB"/>
        </w:rPr>
        <w:t xml:space="preserve"> _______________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>Second Parent/Carer (if applicable):</w:t>
      </w:r>
      <w:r w:rsidRPr="00EF62E6">
        <w:rPr>
          <w:lang w:val="en-GB"/>
        </w:rPr>
        <w:t xml:space="preserve"> _________________________________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>Signature:</w:t>
      </w:r>
      <w:r w:rsidRPr="00EF62E6">
        <w:rPr>
          <w:lang w:val="en-GB"/>
        </w:rPr>
        <w:t xml:space="preserve"> _______________________________ </w:t>
      </w:r>
      <w:r w:rsidRPr="00EF62E6">
        <w:rPr>
          <w:b/>
          <w:bCs/>
          <w:lang w:val="en-GB"/>
        </w:rPr>
        <w:t>Date:</w:t>
      </w:r>
      <w:r w:rsidRPr="00EF62E6">
        <w:rPr>
          <w:lang w:val="en-GB"/>
        </w:rPr>
        <w:t xml:space="preserve"> _______________</w:t>
      </w:r>
    </w:p>
    <w:p w14:paraId="023E9B03" w14:textId="4FE60F52" w:rsidR="00EF62E6" w:rsidRPr="00EF62E6" w:rsidRDefault="00EF62E6" w:rsidP="00EF62E6">
      <w:pPr>
        <w:rPr>
          <w:lang w:val="en-GB"/>
        </w:rPr>
      </w:pPr>
      <w:r w:rsidRPr="00EF62E6">
        <w:rPr>
          <w:b/>
          <w:bCs/>
          <w:lang w:val="en-GB"/>
        </w:rPr>
        <w:t xml:space="preserve">Club </w:t>
      </w:r>
      <w:r w:rsidR="005E202E">
        <w:rPr>
          <w:b/>
          <w:bCs/>
          <w:lang w:val="en-GB"/>
        </w:rPr>
        <w:t>Manager, Davinia Ashby</w:t>
      </w:r>
      <w:r w:rsidRPr="00EF62E6">
        <w:rPr>
          <w:b/>
          <w:bCs/>
          <w:lang w:val="en-GB"/>
        </w:rPr>
        <w:t xml:space="preserve"> (print):</w:t>
      </w:r>
      <w:r w:rsidRPr="00EF62E6">
        <w:rPr>
          <w:lang w:val="en-GB"/>
        </w:rPr>
        <w:t xml:space="preserve"> ____________________________________________</w:t>
      </w:r>
      <w:r w:rsidRPr="00EF62E6">
        <w:rPr>
          <w:lang w:val="en-GB"/>
        </w:rPr>
        <w:br/>
      </w:r>
      <w:r w:rsidRPr="00EF62E6">
        <w:rPr>
          <w:b/>
          <w:bCs/>
          <w:lang w:val="en-GB"/>
        </w:rPr>
        <w:t xml:space="preserve">Signature (for </w:t>
      </w:r>
      <w:r w:rsidR="005E202E">
        <w:rPr>
          <w:b/>
          <w:bCs/>
          <w:lang w:val="en-GB"/>
        </w:rPr>
        <w:t>T</w:t>
      </w:r>
      <w:r w:rsidRPr="00EF62E6">
        <w:rPr>
          <w:b/>
          <w:bCs/>
          <w:lang w:val="en-GB"/>
        </w:rPr>
        <w:t>he Club):</w:t>
      </w:r>
      <w:r w:rsidRPr="00EF62E6">
        <w:rPr>
          <w:lang w:val="en-GB"/>
        </w:rPr>
        <w:t xml:space="preserve"> ___________________ </w:t>
      </w:r>
      <w:r w:rsidRPr="00EF62E6">
        <w:rPr>
          <w:b/>
          <w:bCs/>
          <w:lang w:val="en-GB"/>
        </w:rPr>
        <w:t>Date:</w:t>
      </w:r>
      <w:r w:rsidRPr="00EF62E6">
        <w:rPr>
          <w:lang w:val="en-GB"/>
        </w:rPr>
        <w:t xml:space="preserve"> _______________</w:t>
      </w:r>
    </w:p>
    <w:p w14:paraId="5F3C9159" w14:textId="77777777" w:rsidR="002F7E36" w:rsidRDefault="002F7E36"/>
    <w:sectPr w:rsidR="002F7E36" w:rsidSect="00EF62E6">
      <w:headerReference w:type="default" r:id="rId12"/>
      <w:pgSz w:w="12240" w:h="15840"/>
      <w:pgMar w:top="2127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6C01" w14:textId="77777777" w:rsidR="00803FC2" w:rsidRDefault="00803FC2">
      <w:pPr>
        <w:spacing w:after="0" w:line="240" w:lineRule="auto"/>
      </w:pPr>
      <w:r>
        <w:separator/>
      </w:r>
    </w:p>
  </w:endnote>
  <w:endnote w:type="continuationSeparator" w:id="0">
    <w:p w14:paraId="2A0002D5" w14:textId="77777777" w:rsidR="00803FC2" w:rsidRDefault="0080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7714" w14:textId="77777777" w:rsidR="00803FC2" w:rsidRDefault="00803FC2">
      <w:pPr>
        <w:spacing w:after="0" w:line="240" w:lineRule="auto"/>
      </w:pPr>
      <w:r>
        <w:separator/>
      </w:r>
    </w:p>
  </w:footnote>
  <w:footnote w:type="continuationSeparator" w:id="0">
    <w:p w14:paraId="0D17D4CF" w14:textId="77777777" w:rsidR="00803FC2" w:rsidRDefault="00803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F564" w14:textId="0F9F080B" w:rsidR="002F7E36" w:rsidRPr="00EF62E6" w:rsidRDefault="00EF62E6">
    <w:pPr>
      <w:pStyle w:val="Header"/>
      <w:rPr>
        <w:lang w:val="en-GB"/>
      </w:rPr>
    </w:pPr>
    <w:r w:rsidRPr="00EF62E6">
      <w:rPr>
        <w:noProof/>
        <w:lang w:val="en-GB"/>
      </w:rPr>
      <w:drawing>
        <wp:inline distT="0" distB="0" distL="0" distR="0" wp14:anchorId="18F4982D" wp14:editId="5B7E264D">
          <wp:extent cx="971550" cy="468458"/>
          <wp:effectExtent l="0" t="0" r="0" b="8255"/>
          <wp:docPr id="17506837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326" cy="473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GB"/>
      </w:rPr>
      <w:t xml:space="preserve">      </w:t>
    </w:r>
    <w:r w:rsidRPr="00EF62E6">
      <w:rPr>
        <w:sz w:val="32"/>
        <w:szCs w:val="32"/>
      </w:rPr>
      <w:t>Breakfast &amp; After School Club Parent Contract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1703DF"/>
    <w:multiLevelType w:val="multilevel"/>
    <w:tmpl w:val="5D40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A47458"/>
    <w:multiLevelType w:val="multilevel"/>
    <w:tmpl w:val="4246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D67FB0"/>
    <w:multiLevelType w:val="multilevel"/>
    <w:tmpl w:val="A7D4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1810D6"/>
    <w:multiLevelType w:val="multilevel"/>
    <w:tmpl w:val="2CC2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D0AAF"/>
    <w:multiLevelType w:val="multilevel"/>
    <w:tmpl w:val="26CA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17E8B"/>
    <w:multiLevelType w:val="multilevel"/>
    <w:tmpl w:val="D81A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452597"/>
    <w:multiLevelType w:val="multilevel"/>
    <w:tmpl w:val="8BC4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6C3BE9"/>
    <w:multiLevelType w:val="multilevel"/>
    <w:tmpl w:val="3942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4F5884"/>
    <w:multiLevelType w:val="multilevel"/>
    <w:tmpl w:val="357E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72556"/>
    <w:multiLevelType w:val="multilevel"/>
    <w:tmpl w:val="2546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0114E2"/>
    <w:multiLevelType w:val="multilevel"/>
    <w:tmpl w:val="D27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272AD9"/>
    <w:multiLevelType w:val="multilevel"/>
    <w:tmpl w:val="FB3A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BF4B99"/>
    <w:multiLevelType w:val="multilevel"/>
    <w:tmpl w:val="DCBC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C10118"/>
    <w:multiLevelType w:val="multilevel"/>
    <w:tmpl w:val="698E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7F13FB"/>
    <w:multiLevelType w:val="multilevel"/>
    <w:tmpl w:val="5ECC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760F2"/>
    <w:multiLevelType w:val="multilevel"/>
    <w:tmpl w:val="ED2C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734992">
    <w:abstractNumId w:val="8"/>
  </w:num>
  <w:num w:numId="2" w16cid:durableId="656887350">
    <w:abstractNumId w:val="6"/>
  </w:num>
  <w:num w:numId="3" w16cid:durableId="1685278263">
    <w:abstractNumId w:val="5"/>
  </w:num>
  <w:num w:numId="4" w16cid:durableId="634257972">
    <w:abstractNumId w:val="4"/>
  </w:num>
  <w:num w:numId="5" w16cid:durableId="1737320427">
    <w:abstractNumId w:val="7"/>
  </w:num>
  <w:num w:numId="6" w16cid:durableId="1693922059">
    <w:abstractNumId w:val="3"/>
  </w:num>
  <w:num w:numId="7" w16cid:durableId="556740118">
    <w:abstractNumId w:val="2"/>
  </w:num>
  <w:num w:numId="8" w16cid:durableId="498733744">
    <w:abstractNumId w:val="1"/>
  </w:num>
  <w:num w:numId="9" w16cid:durableId="681669526">
    <w:abstractNumId w:val="0"/>
  </w:num>
  <w:num w:numId="10" w16cid:durableId="577399321">
    <w:abstractNumId w:val="21"/>
  </w:num>
  <w:num w:numId="11" w16cid:durableId="546717854">
    <w:abstractNumId w:val="12"/>
  </w:num>
  <w:num w:numId="12" w16cid:durableId="1551922330">
    <w:abstractNumId w:val="16"/>
  </w:num>
  <w:num w:numId="13" w16cid:durableId="1452633350">
    <w:abstractNumId w:val="11"/>
  </w:num>
  <w:num w:numId="14" w16cid:durableId="1784182309">
    <w:abstractNumId w:val="20"/>
  </w:num>
  <w:num w:numId="15" w16cid:durableId="1962150959">
    <w:abstractNumId w:val="17"/>
  </w:num>
  <w:num w:numId="16" w16cid:durableId="889611873">
    <w:abstractNumId w:val="10"/>
  </w:num>
  <w:num w:numId="17" w16cid:durableId="243536859">
    <w:abstractNumId w:val="22"/>
  </w:num>
  <w:num w:numId="18" w16cid:durableId="1820806009">
    <w:abstractNumId w:val="23"/>
  </w:num>
  <w:num w:numId="19" w16cid:durableId="1460877206">
    <w:abstractNumId w:val="13"/>
  </w:num>
  <w:num w:numId="20" w16cid:durableId="873031941">
    <w:abstractNumId w:val="18"/>
  </w:num>
  <w:num w:numId="21" w16cid:durableId="1660766115">
    <w:abstractNumId w:val="19"/>
  </w:num>
  <w:num w:numId="22" w16cid:durableId="1002395464">
    <w:abstractNumId w:val="24"/>
  </w:num>
  <w:num w:numId="23" w16cid:durableId="1974141605">
    <w:abstractNumId w:val="15"/>
  </w:num>
  <w:num w:numId="24" w16cid:durableId="588588681">
    <w:abstractNumId w:val="14"/>
  </w:num>
  <w:num w:numId="25" w16cid:durableId="415438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056"/>
    <w:rsid w:val="000E6CA1"/>
    <w:rsid w:val="0015074B"/>
    <w:rsid w:val="00166755"/>
    <w:rsid w:val="001743DF"/>
    <w:rsid w:val="002122F5"/>
    <w:rsid w:val="0029639D"/>
    <w:rsid w:val="002F7E36"/>
    <w:rsid w:val="00326F90"/>
    <w:rsid w:val="004C623E"/>
    <w:rsid w:val="00570935"/>
    <w:rsid w:val="005E202E"/>
    <w:rsid w:val="007E0DCA"/>
    <w:rsid w:val="00803FC2"/>
    <w:rsid w:val="008B5483"/>
    <w:rsid w:val="009574DE"/>
    <w:rsid w:val="00AA1D8D"/>
    <w:rsid w:val="00B21EBD"/>
    <w:rsid w:val="00B35C53"/>
    <w:rsid w:val="00B47730"/>
    <w:rsid w:val="00B761FF"/>
    <w:rsid w:val="00C57736"/>
    <w:rsid w:val="00CB0664"/>
    <w:rsid w:val="00D362EB"/>
    <w:rsid w:val="00E43A3A"/>
    <w:rsid w:val="00EF62E6"/>
    <w:rsid w:val="00F62B9B"/>
    <w:rsid w:val="00FC693F"/>
    <w:rsid w:val="00FD5E1E"/>
    <w:rsid w:val="017DE070"/>
    <w:rsid w:val="6D1E3755"/>
    <w:rsid w:val="75D4A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C2AFFF"/>
  <w14:defaultImageDpi w14:val="300"/>
  <w15:docId w15:val="{814F3F6B-F01E-4349-814C-2589820D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E20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eclubwtpa@ks-t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D59566BA4C74B9545733884825660" ma:contentTypeVersion="9" ma:contentTypeDescription="Create a new document." ma:contentTypeScope="" ma:versionID="8442871a1911362664a59f67691ca4d7">
  <xsd:schema xmlns:xsd="http://www.w3.org/2001/XMLSchema" xmlns:xs="http://www.w3.org/2001/XMLSchema" xmlns:p="http://schemas.microsoft.com/office/2006/metadata/properties" xmlns:ns3="4c7238d6-7040-4373-add2-a8f3146b1bee" targetNamespace="http://schemas.microsoft.com/office/2006/metadata/properties" ma:root="true" ma:fieldsID="0af63e37cba9410de6bfdb503533e80d" ns3:_="">
    <xsd:import namespace="4c7238d6-7040-4373-add2-a8f3146b1bee"/>
    <xsd:element name="properties">
      <xsd:complexType>
        <xsd:sequence>
          <xsd:element name="documentManagement">
            <xsd:complexType>
              <xsd:all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238d6-7040-4373-add2-a8f3146b1bee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4c7238d6-7040-4373-add2-a8f3146b1bee" xsi:nil="true"/>
    <_activity xmlns="4c7238d6-7040-4373-add2-a8f3146b1bee" xsi:nil="true"/>
    <FileHash xmlns="4c7238d6-7040-4373-add2-a8f3146b1bee" xsi:nil="true"/>
    <CloudMigratorVersion xmlns="4c7238d6-7040-4373-add2-a8f3146b1bee" xsi:nil="true"/>
    <CloudMigratorOriginId xmlns="4c7238d6-7040-4373-add2-a8f3146b1bee" xsi:nil="true"/>
  </documentManagement>
</p:properties>
</file>

<file path=customXml/itemProps1.xml><?xml version="1.0" encoding="utf-8"?>
<ds:datastoreItem xmlns:ds="http://schemas.openxmlformats.org/officeDocument/2006/customXml" ds:itemID="{D02772B0-8D22-4F23-9363-772283809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9C3D33-FCA2-4AFF-910A-13B429B9B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238d6-7040-4373-add2-a8f3146b1b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376141-F7D3-471D-B859-8BD32DECB9F2}">
  <ds:schemaRefs>
    <ds:schemaRef ds:uri="http://schemas.microsoft.com/office/2006/metadata/properties"/>
    <ds:schemaRef ds:uri="http://schemas.microsoft.com/office/infopath/2007/PartnerControls"/>
    <ds:schemaRef ds:uri="4c7238d6-7040-4373-add2-a8f3146b1b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1027</Words>
  <Characters>5858</Characters>
  <Application>Microsoft Office Word</Application>
  <DocSecurity>0</DocSecurity>
  <Lines>48</Lines>
  <Paragraphs>13</Paragraphs>
  <ScaleCrop>false</ScaleCrop>
  <Manager/>
  <Company/>
  <LinksUpToDate>false</LinksUpToDate>
  <CharactersWithSpaces>6872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Davinia Ashby</cp:lastModifiedBy>
  <cp:revision>2</cp:revision>
  <cp:lastPrinted>2026-03-10T11:38:00Z</cp:lastPrinted>
  <dcterms:created xsi:type="dcterms:W3CDTF">2026-05-06T10:48:00Z</dcterms:created>
  <dcterms:modified xsi:type="dcterms:W3CDTF">2026-05-06T10:48:00Z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0x010100074D59566BA4C74B9545733884825660</vt:lpwstr>
  </property>
</Properties>
</file>